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SAMPLE DELIVERY ORDER TEMPLATE</w:t>
      </w:r>
    </w:p>
    <w:p>
      <w:r>
        <w:t>Delivery Order No. ___________________________</w:t>
      </w:r>
    </w:p>
    <w:p>
      <w:r>
        <w:t>Date ___________________________</w:t>
      </w:r>
    </w:p>
    <w:p>
      <w:r>
        <w:t>Customer ___________________________</w:t>
      </w:r>
    </w:p>
    <w:p>
      <w:r>
        <w:t>Address ___________________________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Item</w:t>
            </w:r>
          </w:p>
        </w:tc>
        <w:tc>
          <w:tcPr>
            <w:tcW w:type="dxa" w:w="2160"/>
          </w:tcPr>
          <w:p>
            <w:r>
              <w:t>Description</w:t>
            </w:r>
          </w:p>
        </w:tc>
        <w:tc>
          <w:tcPr>
            <w:tcW w:type="dxa" w:w="2160"/>
          </w:tcPr>
          <w:p>
            <w:r>
              <w:t>Quantity</w:t>
            </w:r>
          </w:p>
        </w:tc>
        <w:tc>
          <w:tcPr>
            <w:tcW w:type="dxa" w:w="2160"/>
          </w:tcPr>
          <w:p>
            <w:r>
              <w:t>Unit Price</w:t>
            </w:r>
          </w:p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6480"/>
            <w:gridSpan w:val="3"/>
          </w:tcPr>
          <w:p>
            <w:r>
              <w:t>Total</w:t>
            </w:r>
          </w:p>
        </w:tc>
        <w:tc>
          <w:tcPr>
            <w:tcW w:type="dxa" w:w="2160"/>
          </w:tcPr>
          <w:p/>
        </w:tc>
      </w:tr>
    </w:tbl>
    <w:p>
      <w:r>
        <w:t>Authorized Signature ___________________________</w:t>
      </w:r>
    </w:p>
    <w:p>
      <w:r>
        <w:t>Remarks ________________________________________</w:t>
      </w:r>
    </w:p>
    <w:p>
      <w:r>
        <w:br w:type="page"/>
      </w:r>
    </w:p>
    <w:p>
      <w:pPr>
        <w:pStyle w:val="Heading1"/>
      </w:pPr>
      <w:r>
        <w:t>DELIVERY ORDER EXAMPLES</w:t>
      </w:r>
    </w:p>
    <w:p>
      <w:r>
        <w:t>Delivery Order No. ___________________________      Date: 2024-04-24</w:t>
      </w:r>
    </w:p>
    <w:p>
      <w:r>
        <w:t>Customer: ABC Company</w:t>
      </w:r>
    </w:p>
    <w:p>
      <w:r>
        <w:t>Address: 123 Main St, Suite 400, Springfield, IL 62704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Item</w:t>
            </w:r>
          </w:p>
        </w:tc>
        <w:tc>
          <w:tcPr>
            <w:tcW w:type="dxa" w:w="2160"/>
          </w:tcPr>
          <w:p>
            <w:r>
              <w:t>Description</w:t>
            </w:r>
          </w:p>
        </w:tc>
        <w:tc>
          <w:tcPr>
            <w:tcW w:type="dxa" w:w="2160"/>
          </w:tcPr>
          <w:p>
            <w:r>
              <w:t>Quantity</w:t>
            </w:r>
          </w:p>
        </w:tc>
        <w:tc>
          <w:tcPr>
            <w:tcW w:type="dxa" w:w="2160"/>
          </w:tcPr>
          <w:p>
            <w:r>
              <w:t>Unit Price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>
              <w:t>Widget A</w:t>
            </w:r>
          </w:p>
        </w:tc>
        <w:tc>
          <w:tcPr>
            <w:tcW w:type="dxa" w:w="2160"/>
          </w:tcPr>
          <w:p>
            <w:r>
              <w:t>10</w:t>
            </w:r>
          </w:p>
        </w:tc>
        <w:tc>
          <w:tcPr>
            <w:tcW w:type="dxa" w:w="2160"/>
          </w:tcPr>
          <w:p>
            <w:r>
              <w:t>$25.00</w:t>
            </w:r>
          </w:p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>
              <w:t>Widget B</w:t>
            </w:r>
          </w:p>
        </w:tc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>
            <w:r>
              <w:t>$40.00</w:t>
            </w:r>
          </w:p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>
            <w:r>
              <w:t>Gizmo</w:t>
            </w:r>
          </w:p>
        </w:tc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>
              <w:t>$60.00</w:t>
            </w:r>
          </w:p>
        </w:tc>
      </w:tr>
      <w:tr>
        <w:tc>
          <w:tcPr>
            <w:tcW w:type="dxa" w:w="6480"/>
            <w:gridSpan w:val="3"/>
          </w:tcPr>
          <w:p>
            <w:r>
              <w:t>Total</w:t>
            </w:r>
          </w:p>
        </w:tc>
        <w:tc>
          <w:tcPr>
            <w:tcW w:type="dxa" w:w="2160"/>
          </w:tcPr>
          <w:p>
            <w:r>
              <w:t>$305.00</w:t>
            </w:r>
          </w:p>
        </w:tc>
      </w:tr>
    </w:tbl>
    <w:p>
      <w:r>
        <w:t>Authorized Signature ___________________________</w:t>
      </w:r>
    </w:p>
    <w:p>
      <w:r>
        <w:t>Remarks: Please deliver between 9 AM and 12 PM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